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מקורות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מרכזיים הקשורים לחג: ברית, כמיהה לירושלים,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רגישות וכבוד כלפי מסורות של קהילות שונות בחברה הישראלית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קהילת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עולים להר ומתפללים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געגוע וחלום להגיע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מגיע ממסורת קהילת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כיום המדינה מציינת את החג באופן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המנהג המרכזי הוא עלייה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המושג בקטעים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חשוב שכל החברה בישראל תכיר חגים של קהילות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כמיהה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(חג של קהילת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(קשר והתחדשות מסורת)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(געגוע וחלום להגיע לעיר הקדושה)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(מנהג מרכזי ביום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(שפת המקור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(חג שהמדינה מציינת אותו רשמית)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קהילת ביתא ישראל חוגגת את הסיגד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 הקהילה עולים לישראל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החג ממשיך להיחגג גם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המדינה מכריזה על הסיגד כחג 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בתי ספר וקהילות מציינים את החג מדי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תכלול זמן (50 יום אחרי יוה״כ), קהילת ביתא ישראל, ועלייה להר ותפילה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מדויק לכל מושג וקישור הגיוני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המזכירה כבוד הדדי, היכרות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כתבה קצרה עם מבנה ברור וציטוט קצר עד 8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וחלום להגיע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לחזק כבוד הדדי והיכרות בין 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יש בכיתה תלמידים מהקהילה - הזמינו אותם לשתף רק אם ירצו, ולא להפוך אותם ל'מומחים בכוח'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הלוח כפעילות תחנות או כעבודה אישית לפי רמות (בסיסי/ביניים/מתקדם)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חשיבות ההיכרות עם מסורות שונות בחברה הישראלית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חשוב של קהילת יהודי אתיופיה בישראל. בחג הזה אנשים עולים להר ומתפללים. נלמד מילים ועובדות על החג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קהילת יהודי אתיופיה, חוגגים חמישים יום אחרי יום הכיפורים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 היהודית שמקורה באתיופיה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או קשר מיוחד בין אנשים או בין עם לאלוהים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כמיהה לירושלים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וחלום להגיע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 להר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טיפוס אל מקום גבוה כחלק מטקס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שהמדינה כולה מכירה בו ומציינת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עם מסורת, תרבות או מוצא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אמהרית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המדוברת באתיופיה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זמן בשנה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חוגג את החג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קהילת ביתא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המנהג המרכזי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יורדים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עולים להר ומתפללים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צמים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שורפים חמץ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כמיהה מביעה?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כעס על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געגוע וחלום להגיע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שכחה של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שפה קשורה למקור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שמקורו בקהילת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הפך עם השנים לחג לאומי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לרדת אל הים ולטבול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'ברית' בהקשר של הסיגד מתייחסת לקשר ולהתחדשות המסורת.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בני קהילת ביתא ישראל רשאים ללמוד על חג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חמישים יום אחרי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החג קשור לקהילת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עולים אל ה__________ ומתפללים.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שמביעה געגוע חזק לירושלים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השפה המדוברת באתיופיה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חג שהמדינה כולה מציינת אותו נקרא חג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קשר והתחדשות מסורת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שהמדינה מציינת אותו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כמיהה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מנהג מרכזי ביום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עלייה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של קהילת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געגוע וחלום להגיע לעיר הקדושה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חג 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שפת המקור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ביתא ישראל חוגגת את הסיגד באתיופיה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ממשיך להיחגג גם בישראל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הקהילה עולים לישראל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המדינה מכריזה על הסיגד כחג לאומי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 ספר וקהילות מציינים את החג מדי 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עובדות על חג הסיגד: מתי חוגגים אותו, מי חוגג ומה עושים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על הסיגד והסבירו במילים שלכם את המושגים: ברית, כמיהה לירושלים, קהילת ביתא ישראל. מה הקשר בין כל אחד מהם לחג?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שוחחו בקבוצה: למה חשוב שכל החברה בישראל תכיר חגים של קהילות שונות? סכמו ב-3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כתבה קצרה לעיתון בית הספר על חג הסיגד, הכוללת משפט ציטוט דמיוני מתושב או מורה.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הביטוי 'כמיהה לירושלים'?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להכיר חגים של קהילות שונות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